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9A838" w14:textId="77777777" w:rsidR="006836A8" w:rsidRPr="001B0BA0" w:rsidRDefault="00E04A9A">
      <w:pPr>
        <w:pStyle w:val="Titolo1"/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ALLEGATO A</w:t>
      </w:r>
    </w:p>
    <w:p w14:paraId="347771B8" w14:textId="7FE5BC84" w:rsidR="006836A8" w:rsidRPr="001B0BA0" w:rsidRDefault="00E04A9A" w:rsidP="001B0BA0">
      <w:pPr>
        <w:pStyle w:val="Titolo"/>
        <w:pBdr>
          <w:bottom w:val="single" w:sz="8" w:space="0" w:color="4F81BD" w:themeColor="accent1"/>
        </w:pBdr>
        <w:rPr>
          <w:rFonts w:ascii="Times New Roman" w:hAnsi="Times New Roman" w:cs="Times New Roman"/>
          <w:color w:val="000000" w:themeColor="text1"/>
          <w:spacing w:val="0"/>
          <w:sz w:val="28"/>
          <w:szCs w:val="28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spacing w:val="0"/>
          <w:sz w:val="28"/>
          <w:szCs w:val="28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DOMANDA DI PARTECIPAZIONE AL GEMELLAGGIO TRA IL LICEO </w:t>
      </w:r>
      <w:r w:rsidR="005C467E" w:rsidRPr="001B0BA0">
        <w:rPr>
          <w:rFonts w:ascii="Times New Roman" w:hAnsi="Times New Roman" w:cs="Times New Roman"/>
          <w:color w:val="000000" w:themeColor="text1"/>
          <w:spacing w:val="0"/>
          <w:sz w:val="28"/>
          <w:szCs w:val="28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CLASSICO STATALE “GIULIO PERTICARI” </w:t>
      </w:r>
      <w:r w:rsidRPr="001B0BA0">
        <w:rPr>
          <w:rFonts w:ascii="Times New Roman" w:hAnsi="Times New Roman" w:cs="Times New Roman"/>
          <w:color w:val="000000" w:themeColor="text1"/>
          <w:spacing w:val="0"/>
          <w:sz w:val="28"/>
          <w:szCs w:val="28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 SENIGALLIA E IL LICEO </w:t>
      </w:r>
      <w:r w:rsidR="005C467E" w:rsidRPr="001B0BA0">
        <w:rPr>
          <w:rFonts w:ascii="Times New Roman" w:hAnsi="Times New Roman" w:cs="Times New Roman"/>
          <w:color w:val="000000" w:themeColor="text1"/>
          <w:spacing w:val="0"/>
          <w:sz w:val="28"/>
          <w:szCs w:val="28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UMBERTO </w:t>
      </w:r>
      <w:r w:rsidR="001B0BA0" w:rsidRPr="001B0BA0">
        <w:rPr>
          <w:rFonts w:ascii="Times New Roman" w:hAnsi="Times New Roman" w:cs="Times New Roman"/>
          <w:color w:val="000000" w:themeColor="text1"/>
          <w:spacing w:val="0"/>
          <w:sz w:val="28"/>
          <w:szCs w:val="28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DI</w:t>
      </w:r>
      <w:r w:rsidRPr="001B0BA0">
        <w:rPr>
          <w:rFonts w:ascii="Times New Roman" w:hAnsi="Times New Roman" w:cs="Times New Roman"/>
          <w:color w:val="000000" w:themeColor="text1"/>
          <w:spacing w:val="0"/>
          <w:sz w:val="28"/>
          <w:szCs w:val="28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RAGUSA</w:t>
      </w:r>
    </w:p>
    <w:p w14:paraId="65525F9B" w14:textId="6A144C99" w:rsidR="006836A8" w:rsidRPr="001B0BA0" w:rsidRDefault="00E04A9A" w:rsidP="005C467E">
      <w:pPr>
        <w:jc w:val="right"/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 Dirigente Scolastico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Liceo </w:t>
      </w:r>
      <w:r w:rsidR="005C467E"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Classico Statale “G. Perticari”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Senigallia (AN)</w:t>
      </w:r>
    </w:p>
    <w:p w14:paraId="242AAD41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Il/La sottoscritto/a ______________________ Studente/Studentessa</w:t>
      </w:r>
    </w:p>
    <w:p w14:paraId="14455854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Cognome: ______________________ Nome: ______________________</w:t>
      </w:r>
    </w:p>
    <w:p w14:paraId="435A4D75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Classe e sezione: ______________________ Anno scolast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ico: ______________________</w:t>
      </w:r>
    </w:p>
    <w:p w14:paraId="7A5A4B28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Chiede di partecipare alla selezione per il progetto di gemellaggio tra i due Licei.</w:t>
      </w:r>
    </w:p>
    <w:p w14:paraId="75022C92" w14:textId="77777777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Dati scolastici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B0BA0" w:rsidRPr="001B0BA0" w14:paraId="1E2671C9" w14:textId="77777777">
        <w:tc>
          <w:tcPr>
            <w:tcW w:w="4320" w:type="dxa"/>
          </w:tcPr>
          <w:p w14:paraId="6F74E495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Indicatore</w:t>
            </w:r>
          </w:p>
        </w:tc>
        <w:tc>
          <w:tcPr>
            <w:tcW w:w="4320" w:type="dxa"/>
          </w:tcPr>
          <w:p w14:paraId="72721898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Valore</w:t>
            </w:r>
          </w:p>
        </w:tc>
      </w:tr>
      <w:tr w:rsidR="001B0BA0" w:rsidRPr="001B0BA0" w14:paraId="2C837DB3" w14:textId="77777777">
        <w:tc>
          <w:tcPr>
            <w:tcW w:w="4320" w:type="dxa"/>
          </w:tcPr>
          <w:p w14:paraId="43E7FB85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Voto</w:t>
            </w:r>
            <w:proofErr w:type="spellEnd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di </w:t>
            </w: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condotta</w:t>
            </w:r>
            <w:proofErr w:type="spellEnd"/>
          </w:p>
        </w:tc>
        <w:tc>
          <w:tcPr>
            <w:tcW w:w="4320" w:type="dxa"/>
          </w:tcPr>
          <w:p w14:paraId="35A8EC71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</w:t>
            </w:r>
          </w:p>
        </w:tc>
      </w:tr>
      <w:tr w:rsidR="001B0BA0" w:rsidRPr="001B0BA0" w14:paraId="6FDEE096" w14:textId="77777777">
        <w:tc>
          <w:tcPr>
            <w:tcW w:w="4320" w:type="dxa"/>
          </w:tcPr>
          <w:p w14:paraId="4B79FCEA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Media generale</w:t>
            </w:r>
          </w:p>
        </w:tc>
        <w:tc>
          <w:tcPr>
            <w:tcW w:w="4320" w:type="dxa"/>
          </w:tcPr>
          <w:p w14:paraId="21E88263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</w:t>
            </w:r>
          </w:p>
        </w:tc>
      </w:tr>
      <w:tr w:rsidR="001B0BA0" w:rsidRPr="001B0BA0" w14:paraId="7353138D" w14:textId="77777777">
        <w:tc>
          <w:tcPr>
            <w:tcW w:w="4320" w:type="dxa"/>
          </w:tcPr>
          <w:p w14:paraId="545AC56A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Voto</w:t>
            </w:r>
            <w:proofErr w:type="spellEnd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di </w:t>
            </w: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Educazione</w:t>
            </w:r>
            <w:proofErr w:type="spellEnd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Civica</w:t>
            </w:r>
            <w:proofErr w:type="spellEnd"/>
          </w:p>
        </w:tc>
        <w:tc>
          <w:tcPr>
            <w:tcW w:w="4320" w:type="dxa"/>
          </w:tcPr>
          <w:p w14:paraId="39545524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__________</w:t>
            </w:r>
          </w:p>
        </w:tc>
      </w:tr>
    </w:tbl>
    <w:p w14:paraId="55220161" w14:textId="77777777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Partecipazione a progetti PON/PNRR</w:t>
      </w:r>
    </w:p>
    <w:p w14:paraId="149BDB81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Nessun progetto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progetto (specificare): 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più progetti (specificare): ______________________</w:t>
      </w:r>
    </w:p>
    <w:p w14:paraId="3A40A19B" w14:textId="77777777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Certificazioni informatiche o linguistiche</w:t>
      </w:r>
    </w:p>
    <w:p w14:paraId="5C84848F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Nessuna certificazione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 certificazione (specificare): ______________________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o più certificazioni (specificare): ____________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</w:t>
      </w:r>
    </w:p>
    <w:p w14:paraId="62DE4634" w14:textId="77777777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Dichia</w:t>
      </w:r>
      <w:r w:rsidRPr="001B0BA0"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razione di disponibilità all’ospitalità</w:t>
      </w:r>
    </w:p>
    <w:p w14:paraId="04381415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Il/La sottoscritto/a (e la propria famiglia) dichiara la disponibilità ad accogliere presso la propria abitazione uno o due studenti/studentesse provenienti dal Liceo di Ragusa.</w:t>
      </w:r>
    </w:p>
    <w:p w14:paraId="76671F46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Disponibile ad accogliere 1 studente/studentessa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Disponibile ad accogliere 2 studenti/studentesse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Preferenza (facoltativa): </w:t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Maschio </w:t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Femmina </w:t>
      </w:r>
      <w:r w:rsidRPr="001B0BA0">
        <w:rPr>
          <w:rFonts w:ascii="Segoe UI Symbol" w:hAnsi="Segoe UI Symbol" w:cs="Segoe UI Symbol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▢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Indifferente</w:t>
      </w:r>
    </w:p>
    <w:p w14:paraId="6D27C2BA" w14:textId="77777777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Motivazione personale</w:t>
      </w:r>
    </w:p>
    <w:p w14:paraId="296654FB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Scrivere brevemente le ragioni per cui si desidera partecipare al gemellaggio (max 10 righe):</w:t>
      </w:r>
    </w:p>
    <w:p w14:paraId="55D6DAF4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</w:t>
      </w:r>
    </w:p>
    <w:p w14:paraId="2E9A9E34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</w:t>
      </w:r>
    </w:p>
    <w:p w14:paraId="7CB40961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</w:t>
      </w:r>
    </w:p>
    <w:p w14:paraId="21D8BBEF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</w:t>
      </w:r>
    </w:p>
    <w:p w14:paraId="12AE96AB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</w:t>
      </w:r>
    </w:p>
    <w:p w14:paraId="4ED6E59A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</w:t>
      </w:r>
    </w:p>
    <w:p w14:paraId="253329BA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</w:t>
      </w:r>
    </w:p>
    <w:p w14:paraId="36D483D0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</w:t>
      </w:r>
    </w:p>
    <w:p w14:paraId="11D181BB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</w:t>
      </w:r>
    </w:p>
    <w:p w14:paraId="2D6A9B22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</w:t>
      </w:r>
    </w:p>
    <w:p w14:paraId="6DCE23AB" w14:textId="77777777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 Consenso dei genitori (per studenti minorenni)</w:t>
      </w:r>
    </w:p>
    <w:p w14:paraId="183B396E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I/Le sottoscritti/e genitori/tutori di ____________________________ autorizzano la partecipazione del/la pro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prio/a figlio/a al progetto di gemellaggio e si dichiarano disponibili ad accogliere studenti/studentesse.</w:t>
      </w:r>
    </w:p>
    <w:p w14:paraId="3316F06D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Firma del genitore/tutore 1: ______________________</w:t>
      </w:r>
    </w:p>
    <w:p w14:paraId="121259AC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Firma del genitore/tutore 2: ______________________</w:t>
      </w:r>
    </w:p>
    <w:p w14:paraId="6506C751" w14:textId="77777777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 Autorizzazioni e privacy</w:t>
      </w:r>
    </w:p>
    <w:p w14:paraId="5019523B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Il/La sottoscritto/a dichiara di aver preso visione del Bando di selezione e di accettarne i conten</w:t>
      </w: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uti. Autorizza il trattamento dei dati personali ai sensi del Regolamento UE 2016/679 (GDPR).</w:t>
      </w:r>
    </w:p>
    <w:p w14:paraId="7674792C" w14:textId="4F69FCE4" w:rsidR="006836A8" w:rsidRPr="001B0BA0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Firma dello studente/studentessa: ______________________     Data: ____ / ____ / 202</w:t>
      </w:r>
      <w:r w:rsidR="009B61B2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340CAD07" w14:textId="77777777" w:rsidR="00077078" w:rsidRDefault="00077078">
      <w:pPr>
        <w:pStyle w:val="Titolo2"/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981B8" w14:textId="7EB9AC1C" w:rsidR="006836A8" w:rsidRPr="001B0BA0" w:rsidRDefault="00E04A9A">
      <w:pPr>
        <w:pStyle w:val="Titolo2"/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 </w:t>
      </w:r>
      <w:proofErr w:type="spellStart"/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uso</w:t>
      </w:r>
      <w:proofErr w:type="spellEnd"/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della</w:t>
      </w:r>
      <w:proofErr w:type="spellEnd"/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B0BA0">
        <w:rPr>
          <w:rFonts w:ascii="Times New Roman" w:hAnsi="Times New Roman" w:cs="Times New Roman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Commissione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B0BA0" w:rsidRPr="001B0BA0" w14:paraId="15316E63" w14:textId="77777777">
        <w:tc>
          <w:tcPr>
            <w:tcW w:w="4320" w:type="dxa"/>
          </w:tcPr>
          <w:p w14:paraId="1DD26FE6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Media scolastica</w:t>
            </w:r>
          </w:p>
        </w:tc>
        <w:tc>
          <w:tcPr>
            <w:tcW w:w="4320" w:type="dxa"/>
          </w:tcPr>
          <w:p w14:paraId="2D1B8E5E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</w:t>
            </w:r>
          </w:p>
        </w:tc>
      </w:tr>
      <w:tr w:rsidR="001B0BA0" w:rsidRPr="001B0BA0" w14:paraId="2D72D1AC" w14:textId="77777777">
        <w:tc>
          <w:tcPr>
            <w:tcW w:w="4320" w:type="dxa"/>
          </w:tcPr>
          <w:p w14:paraId="24649552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Educazione</w:t>
            </w:r>
            <w:proofErr w:type="spellEnd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civica</w:t>
            </w:r>
            <w:proofErr w:type="spellEnd"/>
          </w:p>
        </w:tc>
        <w:tc>
          <w:tcPr>
            <w:tcW w:w="4320" w:type="dxa"/>
          </w:tcPr>
          <w:p w14:paraId="41C13DF6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</w:t>
            </w:r>
          </w:p>
        </w:tc>
      </w:tr>
      <w:tr w:rsidR="001B0BA0" w:rsidRPr="001B0BA0" w14:paraId="406F3D4D" w14:textId="77777777">
        <w:tc>
          <w:tcPr>
            <w:tcW w:w="4320" w:type="dxa"/>
          </w:tcPr>
          <w:p w14:paraId="28E27C04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PON/PNRR</w:t>
            </w:r>
          </w:p>
        </w:tc>
        <w:tc>
          <w:tcPr>
            <w:tcW w:w="4320" w:type="dxa"/>
          </w:tcPr>
          <w:p w14:paraId="13BC78B4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</w:t>
            </w:r>
          </w:p>
        </w:tc>
      </w:tr>
      <w:tr w:rsidR="001B0BA0" w:rsidRPr="001B0BA0" w14:paraId="64055F74" w14:textId="77777777">
        <w:tc>
          <w:tcPr>
            <w:tcW w:w="4320" w:type="dxa"/>
          </w:tcPr>
          <w:p w14:paraId="068F7763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Certificazioni</w:t>
            </w:r>
            <w:proofErr w:type="spellEnd"/>
          </w:p>
        </w:tc>
        <w:tc>
          <w:tcPr>
            <w:tcW w:w="4320" w:type="dxa"/>
          </w:tcPr>
          <w:p w14:paraId="48E3BE39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</w:t>
            </w:r>
          </w:p>
        </w:tc>
      </w:tr>
      <w:tr w:rsidR="001B0BA0" w:rsidRPr="001B0BA0" w14:paraId="7ECB5252" w14:textId="77777777">
        <w:tc>
          <w:tcPr>
            <w:tcW w:w="4320" w:type="dxa"/>
          </w:tcPr>
          <w:p w14:paraId="3D2BE1AC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Motivazione</w:t>
            </w:r>
            <w:proofErr w:type="spellEnd"/>
          </w:p>
        </w:tc>
        <w:tc>
          <w:tcPr>
            <w:tcW w:w="4320" w:type="dxa"/>
          </w:tcPr>
          <w:p w14:paraId="577D58FA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</w:t>
            </w:r>
          </w:p>
        </w:tc>
      </w:tr>
      <w:tr w:rsidR="001B0BA0" w:rsidRPr="001B0BA0" w14:paraId="19ABF8EE" w14:textId="77777777">
        <w:tc>
          <w:tcPr>
            <w:tcW w:w="4320" w:type="dxa"/>
          </w:tcPr>
          <w:p w14:paraId="59221C62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  <w:proofErr w:type="spellEnd"/>
          </w:p>
        </w:tc>
        <w:tc>
          <w:tcPr>
            <w:tcW w:w="4320" w:type="dxa"/>
          </w:tcPr>
          <w:p w14:paraId="0CA7BA8A" w14:textId="77777777" w:rsidR="006836A8" w:rsidRPr="001B0BA0" w:rsidRDefault="00E04A9A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0BA0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_____</w:t>
            </w:r>
          </w:p>
        </w:tc>
      </w:tr>
      <w:tr w:rsidR="001B0BA0" w:rsidRPr="001B0BA0" w14:paraId="30991C0B" w14:textId="77777777">
        <w:tc>
          <w:tcPr>
            <w:tcW w:w="4320" w:type="dxa"/>
          </w:tcPr>
          <w:p w14:paraId="75799029" w14:textId="77777777" w:rsidR="006836A8" w:rsidRPr="001B0BA0" w:rsidRDefault="006836A8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20" w:type="dxa"/>
          </w:tcPr>
          <w:p w14:paraId="539C5C98" w14:textId="77777777" w:rsidR="006836A8" w:rsidRPr="001B0BA0" w:rsidRDefault="006836A8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CD5B041" w14:textId="6556ACF3" w:rsidR="006836A8" w:rsidRDefault="00E04A9A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Firma de</w:t>
      </w:r>
      <w:r w:rsidR="00F75CC8"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componenti la </w:t>
      </w:r>
      <w:proofErr w:type="gramStart"/>
      <w:r w:rsidR="00F75CC8" w:rsidRPr="001B0BA0"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commissione :</w:t>
      </w:r>
      <w:proofErr w:type="gramEnd"/>
    </w:p>
    <w:p w14:paraId="4935C416" w14:textId="2EB069B8" w:rsidR="00077078" w:rsidRDefault="00077078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D476A2" w14:textId="31D806EF" w:rsidR="00077078" w:rsidRDefault="00077078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8ECFBF" w14:textId="77777777" w:rsidR="00077078" w:rsidRPr="001B0BA0" w:rsidRDefault="00077078">
      <w:pPr>
        <w:rPr>
          <w:rFonts w:ascii="Times New Roman" w:hAnsi="Times New Roman" w:cs="Times New Roman"/>
          <w:color w:val="000000" w:themeColor="text1"/>
          <w:lang w:val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2CD79AC9" w14:textId="77777777" w:rsidR="006836A8" w:rsidRPr="001B0BA0" w:rsidRDefault="00E04A9A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0BA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Firma del </w:t>
      </w:r>
      <w:proofErr w:type="spellStart"/>
      <w:r w:rsidRPr="001B0BA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Dirigente</w:t>
      </w:r>
      <w:proofErr w:type="spellEnd"/>
      <w:r w:rsidRPr="001B0BA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B0BA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Scolastico</w:t>
      </w:r>
      <w:proofErr w:type="spellEnd"/>
      <w:r w:rsidRPr="001B0BA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___________________________</w:t>
      </w:r>
    </w:p>
    <w:sectPr w:rsidR="006836A8" w:rsidRPr="001B0B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7078"/>
    <w:rsid w:val="0015074B"/>
    <w:rsid w:val="001B0BA0"/>
    <w:rsid w:val="0029639D"/>
    <w:rsid w:val="00304BBB"/>
    <w:rsid w:val="00326F90"/>
    <w:rsid w:val="005C467E"/>
    <w:rsid w:val="006836A8"/>
    <w:rsid w:val="009B61B2"/>
    <w:rsid w:val="00AA1D8D"/>
    <w:rsid w:val="00B47730"/>
    <w:rsid w:val="00CA15FC"/>
    <w:rsid w:val="00CB0664"/>
    <w:rsid w:val="00E04A9A"/>
    <w:rsid w:val="00E27F54"/>
    <w:rsid w:val="00F75C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0BF11"/>
  <w14:defaultImageDpi w14:val="300"/>
  <w15:docId w15:val="{9218A21B-6BE2-7B4B-92AE-1D5D1410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F6B366-9879-4A9E-B41F-69AE6E93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2633</Characters>
  <Application>Microsoft Office Word</Application>
  <DocSecurity>0</DocSecurity>
  <Lines>73</Lines>
  <Paragraphs>42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Lucia Di Paola</cp:lastModifiedBy>
  <cp:revision>2</cp:revision>
  <dcterms:created xsi:type="dcterms:W3CDTF">2026-02-14T12:54:00Z</dcterms:created>
  <dcterms:modified xsi:type="dcterms:W3CDTF">2026-02-14T12:54:00Z</dcterms:modified>
  <cp:category/>
</cp:coreProperties>
</file>